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1DC149" w14:textId="1BA76601" w:rsidR="00CA4D01" w:rsidRDefault="00CA4D01">
      <w:pPr>
        <w:pStyle w:val="berschrift1"/>
        <w:rPr>
          <w:rFonts w:ascii="Garamond" w:hAnsi="Garamond"/>
          <w:color w:val="000000" w:themeColor="text1"/>
          <w:sz w:val="32"/>
          <w:szCs w:val="32"/>
          <w:lang w:val="de-DE"/>
        </w:rPr>
      </w:pPr>
      <w:r>
        <w:rPr>
          <w:rFonts w:ascii="Garamond" w:hAnsi="Garamond"/>
          <w:noProof/>
          <w:color w:val="000000" w:themeColor="text1"/>
          <w:sz w:val="32"/>
          <w:szCs w:val="32"/>
          <w:lang w:val="de-DE"/>
        </w:rPr>
        <w:drawing>
          <wp:inline distT="0" distB="0" distL="0" distR="0" wp14:anchorId="0000F8ED" wp14:editId="6C785CB6">
            <wp:extent cx="1254868" cy="1254868"/>
            <wp:effectExtent l="0" t="0" r="2540" b="2540"/>
            <wp:docPr id="761226439" name="Grafik 1" descr="Ein Bild, das Logo, Text, Grafiken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226439" name="Grafik 1" descr="Ein Bild, das Logo, Text, Grafiken, Schrift enthält.&#10;&#10;KI-generierte Inhalte können fehlerhaft sei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1155" cy="127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940EB" w14:textId="689052C4" w:rsidR="00D27BD1" w:rsidRPr="008E69D6" w:rsidRDefault="00000000">
      <w:pPr>
        <w:pStyle w:val="berschrift1"/>
        <w:rPr>
          <w:rFonts w:ascii="Garamond" w:hAnsi="Garamond"/>
          <w:color w:val="000000" w:themeColor="text1"/>
          <w:sz w:val="32"/>
          <w:szCs w:val="32"/>
          <w:lang w:val="de-DE"/>
        </w:rPr>
      </w:pPr>
      <w:r w:rsidRPr="008E69D6">
        <w:rPr>
          <w:rFonts w:ascii="Garamond" w:hAnsi="Garamond"/>
          <w:color w:val="000000" w:themeColor="text1"/>
          <w:sz w:val="32"/>
          <w:szCs w:val="32"/>
          <w:lang w:val="de-DE"/>
        </w:rPr>
        <w:t>Nutzungsvertrag – Manus</w:t>
      </w:r>
      <w:r w:rsidR="00CB4E7F">
        <w:rPr>
          <w:rFonts w:ascii="Garamond" w:hAnsi="Garamond"/>
          <w:color w:val="000000" w:themeColor="text1"/>
          <w:sz w:val="32"/>
          <w:szCs w:val="32"/>
          <w:lang w:val="de-DE"/>
        </w:rPr>
        <w:t>c</w:t>
      </w:r>
      <w:r w:rsidRPr="008E69D6">
        <w:rPr>
          <w:rFonts w:ascii="Garamond" w:hAnsi="Garamond"/>
          <w:color w:val="000000" w:themeColor="text1"/>
          <w:sz w:val="32"/>
          <w:szCs w:val="32"/>
          <w:lang w:val="de-DE"/>
        </w:rPr>
        <w:t>riptnutzung zur Hörbucherstellung</w:t>
      </w:r>
    </w:p>
    <w:p w14:paraId="681C5986" w14:textId="77777777" w:rsidR="00D27BD1" w:rsidRPr="008E69D6" w:rsidRDefault="00000000">
      <w:pPr>
        <w:pStyle w:val="berschrift2"/>
        <w:rPr>
          <w:rFonts w:ascii="Garamond" w:hAnsi="Garamond"/>
          <w:color w:val="000000" w:themeColor="text1"/>
          <w:sz w:val="28"/>
          <w:szCs w:val="28"/>
          <w:lang w:val="de-DE"/>
        </w:rPr>
      </w:pP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t>1. Vertragsparteien</w:t>
      </w:r>
    </w:p>
    <w:p w14:paraId="3E6E0A57" w14:textId="77777777" w:rsidR="00CA4D01" w:rsidRDefault="00000000" w:rsidP="00CA4D01">
      <w:pPr>
        <w:pStyle w:val="KeinLeerraum"/>
        <w:rPr>
          <w:rFonts w:ascii="Garamond" w:hAnsi="Garamond"/>
          <w:sz w:val="28"/>
          <w:szCs w:val="28"/>
          <w:lang w:val="de-DE"/>
        </w:rPr>
      </w:pPr>
      <w:r w:rsidRPr="008E69D6">
        <w:rPr>
          <w:lang w:val="de-DE"/>
        </w:rPr>
        <w:br/>
      </w:r>
      <w:r w:rsidRPr="00CA4D01">
        <w:rPr>
          <w:rFonts w:ascii="Garamond" w:hAnsi="Garamond"/>
          <w:b/>
          <w:bCs/>
          <w:sz w:val="28"/>
          <w:szCs w:val="28"/>
          <w:lang w:val="de-DE"/>
        </w:rPr>
        <w:t>Vertragspartner 1</w:t>
      </w:r>
      <w:r w:rsidRPr="00CA4D01">
        <w:rPr>
          <w:rFonts w:ascii="Garamond" w:hAnsi="Garamond"/>
          <w:sz w:val="28"/>
          <w:szCs w:val="28"/>
          <w:lang w:val="de-DE"/>
        </w:rPr>
        <w:t xml:space="preserve"> (Rechteinhaber):</w:t>
      </w:r>
      <w:r w:rsidRPr="00CA4D01">
        <w:rPr>
          <w:rFonts w:ascii="Garamond" w:hAnsi="Garamond"/>
          <w:sz w:val="28"/>
          <w:szCs w:val="28"/>
          <w:lang w:val="de-DE"/>
        </w:rPr>
        <w:br/>
      </w:r>
    </w:p>
    <w:p w14:paraId="1ACA8526" w14:textId="5EF37F78" w:rsidR="00CA4D01" w:rsidRPr="00CA4D01" w:rsidRDefault="00CA4D01" w:rsidP="00CA4D01">
      <w:pPr>
        <w:pStyle w:val="KeinLeerraum"/>
        <w:rPr>
          <w:rFonts w:ascii="Garamond" w:hAnsi="Garamond"/>
          <w:sz w:val="28"/>
          <w:szCs w:val="28"/>
          <w:lang w:val="de-DE"/>
        </w:rPr>
      </w:pPr>
      <w:r w:rsidRPr="00CA4D01">
        <w:rPr>
          <w:rFonts w:ascii="Garamond" w:hAnsi="Garamond"/>
          <w:sz w:val="28"/>
          <w:szCs w:val="28"/>
          <w:lang w:val="de-DE"/>
        </w:rPr>
        <w:t>FABO-Verlag:</w:t>
      </w:r>
    </w:p>
    <w:p w14:paraId="22A367F0" w14:textId="60899FF6" w:rsidR="00D27BD1" w:rsidRPr="008E69D6" w:rsidRDefault="00000000" w:rsidP="00CA4D01">
      <w:pPr>
        <w:pStyle w:val="KeinLeerraum"/>
        <w:rPr>
          <w:lang w:val="de-DE"/>
        </w:rPr>
      </w:pPr>
      <w:r w:rsidRPr="00CA4D01">
        <w:rPr>
          <w:rFonts w:ascii="Garamond" w:hAnsi="Garamond"/>
          <w:sz w:val="28"/>
          <w:szCs w:val="28"/>
          <w:lang w:val="de-DE"/>
        </w:rPr>
        <w:t xml:space="preserve">Name: </w:t>
      </w:r>
      <w:r w:rsidRPr="00CA4D01">
        <w:rPr>
          <w:rFonts w:ascii="Garamond" w:hAnsi="Garamond"/>
          <w:sz w:val="28"/>
          <w:szCs w:val="28"/>
          <w:lang w:val="de-DE"/>
        </w:rPr>
        <w:br/>
        <w:t xml:space="preserve">Anschrift: </w:t>
      </w:r>
      <w:r w:rsidRPr="00CA4D01">
        <w:rPr>
          <w:rFonts w:ascii="Garamond" w:hAnsi="Garamond"/>
          <w:sz w:val="28"/>
          <w:szCs w:val="28"/>
          <w:lang w:val="de-DE"/>
        </w:rPr>
        <w:br/>
        <w:t xml:space="preserve">E-Mail: </w:t>
      </w:r>
      <w:r w:rsidRPr="00CA4D01">
        <w:rPr>
          <w:rFonts w:ascii="Garamond" w:hAnsi="Garamond"/>
          <w:sz w:val="28"/>
          <w:szCs w:val="28"/>
          <w:lang w:val="de-DE"/>
        </w:rPr>
        <w:br/>
      </w:r>
      <w:r w:rsidRPr="008E69D6">
        <w:rPr>
          <w:lang w:val="de-DE"/>
        </w:rPr>
        <w:br/>
      </w:r>
      <w:r w:rsidRPr="00CA4D01">
        <w:rPr>
          <w:rFonts w:ascii="Garamond" w:hAnsi="Garamond"/>
          <w:b/>
          <w:bCs/>
          <w:sz w:val="28"/>
          <w:szCs w:val="28"/>
          <w:lang w:val="de-DE"/>
        </w:rPr>
        <w:t>Vertragspartner 2</w:t>
      </w:r>
      <w:r w:rsidRPr="00CA4D01">
        <w:rPr>
          <w:rFonts w:ascii="Garamond" w:hAnsi="Garamond"/>
          <w:sz w:val="28"/>
          <w:szCs w:val="28"/>
          <w:lang w:val="de-DE"/>
        </w:rPr>
        <w:t xml:space="preserve"> (Nutzer des Manuskripts):</w:t>
      </w:r>
      <w:r w:rsidRPr="00CA4D01">
        <w:rPr>
          <w:rFonts w:ascii="Garamond" w:hAnsi="Garamond"/>
          <w:sz w:val="28"/>
          <w:szCs w:val="28"/>
          <w:lang w:val="de-DE"/>
        </w:rPr>
        <w:br/>
        <w:t xml:space="preserve">Name: </w:t>
      </w:r>
      <w:r w:rsidRPr="00CA4D01">
        <w:rPr>
          <w:rFonts w:ascii="Garamond" w:hAnsi="Garamond"/>
          <w:sz w:val="28"/>
          <w:szCs w:val="28"/>
          <w:lang w:val="de-DE"/>
        </w:rPr>
        <w:br/>
        <w:t xml:space="preserve">Anschrift: </w:t>
      </w:r>
      <w:r w:rsidRPr="00CA4D01">
        <w:rPr>
          <w:rFonts w:ascii="Garamond" w:hAnsi="Garamond"/>
          <w:sz w:val="28"/>
          <w:szCs w:val="28"/>
          <w:lang w:val="de-DE"/>
        </w:rPr>
        <w:br/>
        <w:t>E-Mail:</w:t>
      </w:r>
      <w:r w:rsidRPr="008E69D6">
        <w:rPr>
          <w:lang w:val="de-DE"/>
        </w:rPr>
        <w:t xml:space="preserve"> </w:t>
      </w:r>
      <w:r w:rsidRPr="008E69D6">
        <w:rPr>
          <w:lang w:val="de-DE"/>
        </w:rPr>
        <w:br/>
      </w:r>
    </w:p>
    <w:p w14:paraId="71D71822" w14:textId="77777777" w:rsidR="00D27BD1" w:rsidRPr="008E69D6" w:rsidRDefault="00000000">
      <w:pPr>
        <w:pStyle w:val="berschrift2"/>
        <w:rPr>
          <w:rFonts w:ascii="Garamond" w:hAnsi="Garamond"/>
          <w:color w:val="000000" w:themeColor="text1"/>
          <w:sz w:val="28"/>
          <w:szCs w:val="28"/>
          <w:lang w:val="de-DE"/>
        </w:rPr>
      </w:pP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t>2. Vertragsgegenstand</w:t>
      </w:r>
    </w:p>
    <w:p w14:paraId="63C5C829" w14:textId="55BECDD6" w:rsidR="00D27BD1" w:rsidRPr="008E69D6" w:rsidRDefault="00000000">
      <w:pPr>
        <w:rPr>
          <w:rFonts w:ascii="Garamond" w:hAnsi="Garamond"/>
          <w:color w:val="000000" w:themeColor="text1"/>
          <w:sz w:val="28"/>
          <w:szCs w:val="28"/>
          <w:lang w:val="de-DE"/>
        </w:rPr>
      </w:pP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br/>
        <w:t>Gegenstand dieses Vertrages ist die befristete, zweckgebundene Überlassung eines oder mehrerer Buchmanus</w:t>
      </w:r>
      <w:r w:rsidR="00CB4E7F">
        <w:rPr>
          <w:rFonts w:ascii="Garamond" w:hAnsi="Garamond"/>
          <w:color w:val="000000" w:themeColor="text1"/>
          <w:sz w:val="28"/>
          <w:szCs w:val="28"/>
          <w:lang w:val="de-DE"/>
        </w:rPr>
        <w:t>c</w:t>
      </w: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t>ripte (nachfolgend „Manus</w:t>
      </w:r>
      <w:r w:rsidR="00CB4E7F">
        <w:rPr>
          <w:rFonts w:ascii="Garamond" w:hAnsi="Garamond"/>
          <w:color w:val="000000" w:themeColor="text1"/>
          <w:sz w:val="28"/>
          <w:szCs w:val="28"/>
          <w:lang w:val="de-DE"/>
        </w:rPr>
        <w:t>c</w:t>
      </w: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t>ripte“ genannt) durch den Rechteinhaber an den Nutzer. Die Nutzung erfolgt ausschließlich zur Erstellung von Hörbüchern gemäß gesondert zu vereinbarender Projekte.</w:t>
      </w: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br/>
      </w:r>
    </w:p>
    <w:p w14:paraId="359CB7D1" w14:textId="77777777" w:rsidR="00D27BD1" w:rsidRPr="008E69D6" w:rsidRDefault="00000000">
      <w:pPr>
        <w:pStyle w:val="berschrift2"/>
        <w:rPr>
          <w:rFonts w:ascii="Garamond" w:hAnsi="Garamond"/>
          <w:color w:val="000000" w:themeColor="text1"/>
          <w:sz w:val="28"/>
          <w:szCs w:val="28"/>
          <w:lang w:val="de-DE"/>
        </w:rPr>
      </w:pP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t>3. Nutzungsrechte</w:t>
      </w:r>
    </w:p>
    <w:p w14:paraId="5844AE7B" w14:textId="4C558D92" w:rsidR="00D27BD1" w:rsidRPr="008E69D6" w:rsidRDefault="00000000">
      <w:pPr>
        <w:rPr>
          <w:rFonts w:ascii="Garamond" w:hAnsi="Garamond"/>
          <w:color w:val="000000" w:themeColor="text1"/>
          <w:sz w:val="28"/>
          <w:szCs w:val="28"/>
          <w:lang w:val="de-DE"/>
        </w:rPr>
      </w:pP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br/>
        <w:t xml:space="preserve">Der Nutzer erhält ein </w:t>
      </w:r>
      <w:proofErr w:type="gramStart"/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t>einfaches</w:t>
      </w:r>
      <w:proofErr w:type="gramEnd"/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t xml:space="preserve">, nicht übertragbares und nicht exklusives Nutzungsrecht an den überlassenen </w:t>
      </w:r>
      <w:proofErr w:type="spellStart"/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t>Manus</w:t>
      </w:r>
      <w:r w:rsidR="00CB4E7F">
        <w:rPr>
          <w:rFonts w:ascii="Garamond" w:hAnsi="Garamond"/>
          <w:color w:val="000000" w:themeColor="text1"/>
          <w:sz w:val="28"/>
          <w:szCs w:val="28"/>
          <w:lang w:val="de-DE"/>
        </w:rPr>
        <w:t>c</w:t>
      </w: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t>ripten</w:t>
      </w:r>
      <w:proofErr w:type="spellEnd"/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t xml:space="preserve"> ausschließlich zur Erstellung von Hörbüchern. Jegliche anderweitige Nutzung – insbesondere die Vervielfältigung, Weitergabe an Dritte, Veröffentlichung oder kommerzielle </w:t>
      </w: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lastRenderedPageBreak/>
        <w:t>Verwertung außerhalb der vereinbarten Zwecke – ist untersagt.</w:t>
      </w: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br/>
      </w:r>
    </w:p>
    <w:p w14:paraId="5DE6918E" w14:textId="49BE6A6B" w:rsidR="00D27BD1" w:rsidRPr="008E69D6" w:rsidRDefault="00000000" w:rsidP="008E69D6">
      <w:pPr>
        <w:rPr>
          <w:rFonts w:ascii="Garamond" w:hAnsi="Garamond"/>
          <w:b/>
          <w:bCs/>
          <w:sz w:val="28"/>
          <w:szCs w:val="28"/>
          <w:lang w:val="de-DE"/>
        </w:rPr>
      </w:pPr>
      <w:r w:rsidRPr="008E69D6">
        <w:rPr>
          <w:rFonts w:ascii="Garamond" w:hAnsi="Garamond"/>
          <w:b/>
          <w:bCs/>
          <w:sz w:val="28"/>
          <w:szCs w:val="28"/>
          <w:lang w:val="de-DE"/>
        </w:rPr>
        <w:t>4. Vertraulichkeit</w:t>
      </w:r>
    </w:p>
    <w:p w14:paraId="716ACB80" w14:textId="6B1CBFDB" w:rsidR="00D27BD1" w:rsidRPr="008E69D6" w:rsidRDefault="00000000">
      <w:pPr>
        <w:rPr>
          <w:rFonts w:ascii="Garamond" w:hAnsi="Garamond"/>
          <w:color w:val="000000" w:themeColor="text1"/>
          <w:sz w:val="28"/>
          <w:szCs w:val="28"/>
          <w:lang w:val="de-DE"/>
        </w:rPr>
      </w:pP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br/>
        <w:t xml:space="preserve">Der Nutzer verpflichtet sich, die überlassenen </w:t>
      </w:r>
      <w:proofErr w:type="spellStart"/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t>Manus</w:t>
      </w:r>
      <w:r w:rsidR="00CB4E7F">
        <w:rPr>
          <w:rFonts w:ascii="Garamond" w:hAnsi="Garamond"/>
          <w:color w:val="000000" w:themeColor="text1"/>
          <w:sz w:val="28"/>
          <w:szCs w:val="28"/>
          <w:lang w:val="de-DE"/>
        </w:rPr>
        <w:t>c</w:t>
      </w: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t>ripte</w:t>
      </w:r>
      <w:proofErr w:type="spellEnd"/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t xml:space="preserve"> sowie alle daraus resultierenden Inhalte streng vertraulich zu behandeln und ohne ausdrückliche, schriftliche Zustimmung des Rechteinhabers nicht an Dritte weiterzugeben oder zu veröffentlichen.</w:t>
      </w: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br/>
      </w:r>
    </w:p>
    <w:p w14:paraId="290DE251" w14:textId="77777777" w:rsidR="00D27BD1" w:rsidRPr="008E69D6" w:rsidRDefault="00000000">
      <w:pPr>
        <w:pStyle w:val="berschrift2"/>
        <w:rPr>
          <w:rFonts w:ascii="Garamond" w:hAnsi="Garamond"/>
          <w:color w:val="000000" w:themeColor="text1"/>
          <w:sz w:val="28"/>
          <w:szCs w:val="28"/>
          <w:lang w:val="de-DE"/>
        </w:rPr>
      </w:pP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t>5. Vertragsdauer</w:t>
      </w:r>
    </w:p>
    <w:p w14:paraId="307A5669" w14:textId="77777777" w:rsidR="00D029DF" w:rsidRDefault="00000000">
      <w:pPr>
        <w:rPr>
          <w:rFonts w:ascii="Garamond" w:hAnsi="Garamond"/>
          <w:color w:val="000000" w:themeColor="text1"/>
          <w:sz w:val="28"/>
          <w:szCs w:val="28"/>
          <w:lang w:val="de-DE"/>
        </w:rPr>
      </w:pP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br/>
        <w:t>Dieser Vertrag tritt mit Unterzeichnung in Kraft und gilt für die Dauer der jeweiligen Hörbuchproduktion, sofern keine abweichende schriftliche Vereinbarung getroffen wurde.</w:t>
      </w: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br/>
      </w:r>
    </w:p>
    <w:p w14:paraId="3DC213B1" w14:textId="6F3DC9F9" w:rsidR="00D27BD1" w:rsidRPr="008E69D6" w:rsidRDefault="00000000">
      <w:pPr>
        <w:rPr>
          <w:rFonts w:ascii="Garamond" w:hAnsi="Garamond"/>
          <w:color w:val="000000" w:themeColor="text1"/>
          <w:sz w:val="28"/>
          <w:szCs w:val="28"/>
          <w:lang w:val="de-DE"/>
        </w:rPr>
      </w:pPr>
      <w:r w:rsidRPr="008E69D6">
        <w:rPr>
          <w:rFonts w:ascii="Garamond" w:hAnsi="Garamond"/>
          <w:b/>
          <w:bCs/>
          <w:color w:val="000000" w:themeColor="text1"/>
          <w:sz w:val="28"/>
          <w:szCs w:val="28"/>
          <w:lang w:val="de-DE"/>
        </w:rPr>
        <w:t>5.1.</w:t>
      </w: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t xml:space="preserve"> Zu jeder einzelnen Hörbuchproduktion wird ein separater Anhang erstellt, der die konkrete Produktion eindeutig bezeichnet. </w:t>
      </w:r>
    </w:p>
    <w:p w14:paraId="14BD4D18" w14:textId="77777777" w:rsidR="008E69D6" w:rsidRDefault="008E69D6">
      <w:pPr>
        <w:pStyle w:val="berschrift2"/>
        <w:rPr>
          <w:rFonts w:ascii="Garamond" w:hAnsi="Garamond"/>
          <w:color w:val="000000" w:themeColor="text1"/>
          <w:sz w:val="28"/>
          <w:szCs w:val="28"/>
          <w:lang w:val="de-DE"/>
        </w:rPr>
      </w:pPr>
    </w:p>
    <w:p w14:paraId="597A4B2F" w14:textId="2073C79B" w:rsidR="00D27BD1" w:rsidRPr="008E69D6" w:rsidRDefault="00000000">
      <w:pPr>
        <w:pStyle w:val="berschrift2"/>
        <w:rPr>
          <w:rFonts w:ascii="Garamond" w:hAnsi="Garamond"/>
          <w:color w:val="000000" w:themeColor="text1"/>
          <w:sz w:val="28"/>
          <w:szCs w:val="28"/>
          <w:lang w:val="de-DE"/>
        </w:rPr>
      </w:pP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t>6. Konsequenzen bei Vertragsverletzung</w:t>
      </w:r>
    </w:p>
    <w:p w14:paraId="43A33AC4" w14:textId="1708E107" w:rsidR="00D27BD1" w:rsidRPr="008E69D6" w:rsidRDefault="00000000">
      <w:pPr>
        <w:rPr>
          <w:rFonts w:ascii="Garamond" w:hAnsi="Garamond"/>
          <w:color w:val="000000" w:themeColor="text1"/>
          <w:sz w:val="28"/>
          <w:szCs w:val="28"/>
          <w:lang w:val="de-DE"/>
        </w:rPr>
      </w:pP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br/>
        <w:t xml:space="preserve">Bei Verstoß gegen die Bestimmungen dieses Vertrages – insbesondere bei unbefugter Weitergabe, Nutzung oder Veröffentlichung der </w:t>
      </w:r>
      <w:proofErr w:type="spellStart"/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t>Manus</w:t>
      </w:r>
      <w:r w:rsidR="00CB4E7F">
        <w:rPr>
          <w:rFonts w:ascii="Garamond" w:hAnsi="Garamond"/>
          <w:color w:val="000000" w:themeColor="text1"/>
          <w:sz w:val="28"/>
          <w:szCs w:val="28"/>
          <w:lang w:val="de-DE"/>
        </w:rPr>
        <w:t>c</w:t>
      </w: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t>ripte</w:t>
      </w:r>
      <w:proofErr w:type="spellEnd"/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t xml:space="preserve"> – behält sich der Rechteinhaber rechtliche Schritte sowie Schadensersatzforderungen vor. Dies umfasst auch die Geltendmachung immaterieller Schäden, Rufschädigung und Gewinnabschöpfung.</w:t>
      </w: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br/>
      </w:r>
    </w:p>
    <w:p w14:paraId="6812523C" w14:textId="77777777" w:rsidR="00D27BD1" w:rsidRPr="008E69D6" w:rsidRDefault="00000000">
      <w:pPr>
        <w:pStyle w:val="berschrift2"/>
        <w:rPr>
          <w:rFonts w:ascii="Garamond" w:hAnsi="Garamond"/>
          <w:color w:val="000000" w:themeColor="text1"/>
          <w:sz w:val="28"/>
          <w:szCs w:val="28"/>
          <w:lang w:val="de-DE"/>
        </w:rPr>
      </w:pP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t>7. Schlussbestimmungen</w:t>
      </w:r>
    </w:p>
    <w:p w14:paraId="21E9AA41" w14:textId="77777777" w:rsidR="00D27BD1" w:rsidRPr="008E69D6" w:rsidRDefault="00000000">
      <w:pPr>
        <w:rPr>
          <w:rFonts w:ascii="Garamond" w:hAnsi="Garamond"/>
          <w:color w:val="000000" w:themeColor="text1"/>
          <w:sz w:val="28"/>
          <w:szCs w:val="28"/>
          <w:lang w:val="de-DE"/>
        </w:rPr>
      </w:pP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br/>
        <w:t>Änderungen und Ergänzungen dieses Vertrages bedürfen der Schriftform. Sollten einzelne Bestimmungen dieses Vertrages unwirksam sein oder werden, bleibt die Wirksamkeit der übrigen Bestimmungen unberührt.</w:t>
      </w: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br/>
      </w:r>
    </w:p>
    <w:p w14:paraId="1C354D04" w14:textId="77777777" w:rsidR="00D27BD1" w:rsidRPr="008E69D6" w:rsidRDefault="00000000">
      <w:pPr>
        <w:pStyle w:val="berschrift2"/>
        <w:rPr>
          <w:rFonts w:ascii="Garamond" w:hAnsi="Garamond"/>
          <w:color w:val="000000" w:themeColor="text1"/>
          <w:sz w:val="28"/>
          <w:szCs w:val="28"/>
          <w:lang w:val="de-DE"/>
        </w:rPr>
      </w:pP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lastRenderedPageBreak/>
        <w:t>8. Unterschriften</w:t>
      </w:r>
    </w:p>
    <w:p w14:paraId="5DAEE496" w14:textId="77777777" w:rsidR="00F2468F" w:rsidRDefault="00000000" w:rsidP="008E69D6">
      <w:pPr>
        <w:rPr>
          <w:rFonts w:ascii="Garamond" w:hAnsi="Garamond"/>
          <w:color w:val="000000" w:themeColor="text1"/>
          <w:sz w:val="28"/>
          <w:szCs w:val="28"/>
          <w:lang w:val="de-DE"/>
        </w:rPr>
      </w:pP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br/>
      </w:r>
    </w:p>
    <w:p w14:paraId="016D4FA1" w14:textId="77777777" w:rsidR="00F2468F" w:rsidRDefault="00F2468F" w:rsidP="00F2468F">
      <w:pPr>
        <w:pBdr>
          <w:bottom w:val="single" w:sz="4" w:space="1" w:color="auto"/>
        </w:pBdr>
        <w:rPr>
          <w:rFonts w:ascii="Garamond" w:hAnsi="Garamond"/>
          <w:color w:val="000000" w:themeColor="text1"/>
          <w:sz w:val="28"/>
          <w:szCs w:val="28"/>
          <w:lang w:val="de-DE"/>
        </w:rPr>
      </w:pPr>
    </w:p>
    <w:p w14:paraId="1F10DDC0" w14:textId="0F4CDE12" w:rsidR="008E69D6" w:rsidRDefault="00000000" w:rsidP="008E69D6">
      <w:pPr>
        <w:rPr>
          <w:rFonts w:ascii="Garamond" w:hAnsi="Garamond"/>
          <w:color w:val="000000" w:themeColor="text1"/>
          <w:sz w:val="28"/>
          <w:szCs w:val="28"/>
          <w:lang w:val="de-DE"/>
        </w:rPr>
      </w:pPr>
      <w:r w:rsidRPr="00F2468F">
        <w:rPr>
          <w:rFonts w:ascii="Garamond" w:hAnsi="Garamond"/>
          <w:b/>
          <w:bCs/>
          <w:color w:val="000000" w:themeColor="text1"/>
          <w:sz w:val="28"/>
          <w:szCs w:val="28"/>
          <w:lang w:val="de-DE"/>
        </w:rPr>
        <w:t>Ort, Datum:</w:t>
      </w: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t xml:space="preserve"> </w:t>
      </w:r>
      <w:r w:rsidR="008E69D6">
        <w:rPr>
          <w:rFonts w:ascii="Garamond" w:hAnsi="Garamond"/>
          <w:color w:val="000000" w:themeColor="text1"/>
          <w:sz w:val="28"/>
          <w:szCs w:val="28"/>
          <w:lang w:val="de-DE"/>
        </w:rPr>
        <w:t xml:space="preserve">                                               </w:t>
      </w:r>
      <w:r w:rsidR="00F2468F">
        <w:rPr>
          <w:rFonts w:ascii="Garamond" w:hAnsi="Garamond"/>
          <w:color w:val="000000" w:themeColor="text1"/>
          <w:sz w:val="28"/>
          <w:szCs w:val="28"/>
          <w:lang w:val="de-DE"/>
        </w:rPr>
        <w:t xml:space="preserve">   </w:t>
      </w:r>
      <w:r w:rsidR="008E69D6" w:rsidRPr="00F2468F">
        <w:rPr>
          <w:rFonts w:ascii="Garamond" w:hAnsi="Garamond"/>
          <w:b/>
          <w:bCs/>
          <w:color w:val="000000" w:themeColor="text1"/>
          <w:sz w:val="28"/>
          <w:szCs w:val="28"/>
          <w:lang w:val="de-DE"/>
        </w:rPr>
        <w:t>Ort, Datum:</w:t>
      </w:r>
    </w:p>
    <w:p w14:paraId="74513B01" w14:textId="6517D9D4" w:rsidR="008E69D6" w:rsidRDefault="00000000" w:rsidP="00F2468F">
      <w:pPr>
        <w:pBdr>
          <w:bottom w:val="single" w:sz="4" w:space="1" w:color="auto"/>
        </w:pBdr>
        <w:rPr>
          <w:rFonts w:ascii="Garamond" w:hAnsi="Garamond"/>
          <w:color w:val="000000" w:themeColor="text1"/>
          <w:sz w:val="28"/>
          <w:szCs w:val="28"/>
          <w:lang w:val="de-DE"/>
        </w:rPr>
      </w:pP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br/>
      </w: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br/>
      </w:r>
    </w:p>
    <w:p w14:paraId="28B06130" w14:textId="77A7A579" w:rsidR="008E69D6" w:rsidRDefault="00000000">
      <w:pPr>
        <w:rPr>
          <w:rFonts w:ascii="Garamond" w:hAnsi="Garamond"/>
          <w:color w:val="000000" w:themeColor="text1"/>
          <w:sz w:val="28"/>
          <w:szCs w:val="28"/>
          <w:lang w:val="de-DE"/>
        </w:rPr>
      </w:pPr>
      <w:r w:rsidRPr="00F2468F">
        <w:rPr>
          <w:rFonts w:ascii="Garamond" w:hAnsi="Garamond"/>
          <w:b/>
          <w:bCs/>
          <w:color w:val="000000" w:themeColor="text1"/>
          <w:sz w:val="28"/>
          <w:szCs w:val="28"/>
          <w:lang w:val="de-DE"/>
        </w:rPr>
        <w:t>Unterschrift Rechteinhaber:</w:t>
      </w: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t xml:space="preserve"> </w:t>
      </w:r>
      <w:r w:rsidR="008E69D6">
        <w:rPr>
          <w:rFonts w:ascii="Garamond" w:hAnsi="Garamond"/>
          <w:color w:val="000000" w:themeColor="text1"/>
          <w:sz w:val="28"/>
          <w:szCs w:val="28"/>
          <w:lang w:val="de-DE"/>
        </w:rPr>
        <w:t xml:space="preserve">                        </w:t>
      </w:r>
      <w:r w:rsidR="008E69D6" w:rsidRPr="00F2468F">
        <w:rPr>
          <w:rFonts w:ascii="Garamond" w:hAnsi="Garamond"/>
          <w:b/>
          <w:bCs/>
          <w:color w:val="000000" w:themeColor="text1"/>
          <w:sz w:val="28"/>
          <w:szCs w:val="28"/>
          <w:lang w:val="de-DE"/>
        </w:rPr>
        <w:t>Unterschrift Nutzer:</w:t>
      </w:r>
      <w:r w:rsidR="008E69D6" w:rsidRPr="008E69D6">
        <w:rPr>
          <w:rFonts w:ascii="Garamond" w:hAnsi="Garamond"/>
          <w:color w:val="000000" w:themeColor="text1"/>
          <w:sz w:val="28"/>
          <w:szCs w:val="28"/>
          <w:lang w:val="de-DE"/>
        </w:rPr>
        <w:t xml:space="preserve">            </w:t>
      </w: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br/>
      </w: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br/>
      </w:r>
    </w:p>
    <w:p w14:paraId="49A55269" w14:textId="77777777" w:rsidR="008E69D6" w:rsidRDefault="008E69D6">
      <w:pPr>
        <w:rPr>
          <w:rFonts w:ascii="Garamond" w:hAnsi="Garamond"/>
          <w:color w:val="000000" w:themeColor="text1"/>
          <w:sz w:val="28"/>
          <w:szCs w:val="28"/>
          <w:lang w:val="de-DE"/>
        </w:rPr>
      </w:pPr>
    </w:p>
    <w:p w14:paraId="43D85E48" w14:textId="085CCFBC" w:rsidR="00D27BD1" w:rsidRPr="008E69D6" w:rsidRDefault="00000000">
      <w:pPr>
        <w:rPr>
          <w:rFonts w:ascii="Garamond" w:hAnsi="Garamond"/>
          <w:color w:val="000000" w:themeColor="text1"/>
          <w:sz w:val="28"/>
          <w:szCs w:val="28"/>
          <w:lang w:val="de-DE"/>
        </w:rPr>
      </w:pPr>
      <w:r w:rsidRPr="008E69D6">
        <w:rPr>
          <w:rFonts w:ascii="Garamond" w:hAnsi="Garamond"/>
          <w:color w:val="000000" w:themeColor="text1"/>
          <w:sz w:val="28"/>
          <w:szCs w:val="28"/>
          <w:lang w:val="de-DE"/>
        </w:rPr>
        <w:br/>
      </w:r>
    </w:p>
    <w:sectPr w:rsidR="00D27BD1" w:rsidRPr="008E69D6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72910626">
    <w:abstractNumId w:val="8"/>
  </w:num>
  <w:num w:numId="2" w16cid:durableId="315575967">
    <w:abstractNumId w:val="6"/>
  </w:num>
  <w:num w:numId="3" w16cid:durableId="1746220027">
    <w:abstractNumId w:val="5"/>
  </w:num>
  <w:num w:numId="4" w16cid:durableId="1575509919">
    <w:abstractNumId w:val="4"/>
  </w:num>
  <w:num w:numId="5" w16cid:durableId="1824812404">
    <w:abstractNumId w:val="7"/>
  </w:num>
  <w:num w:numId="6" w16cid:durableId="1588807393">
    <w:abstractNumId w:val="3"/>
  </w:num>
  <w:num w:numId="7" w16cid:durableId="651645669">
    <w:abstractNumId w:val="2"/>
  </w:num>
  <w:num w:numId="8" w16cid:durableId="2083289310">
    <w:abstractNumId w:val="1"/>
  </w:num>
  <w:num w:numId="9" w16cid:durableId="257565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011D8"/>
    <w:rsid w:val="00127746"/>
    <w:rsid w:val="0015074B"/>
    <w:rsid w:val="0029639D"/>
    <w:rsid w:val="00326F90"/>
    <w:rsid w:val="008E69D6"/>
    <w:rsid w:val="00A64951"/>
    <w:rsid w:val="00AA1D8D"/>
    <w:rsid w:val="00B47730"/>
    <w:rsid w:val="00CA4D01"/>
    <w:rsid w:val="00CB0664"/>
    <w:rsid w:val="00CB4E7F"/>
    <w:rsid w:val="00D029DF"/>
    <w:rsid w:val="00D27BD1"/>
    <w:rsid w:val="00F2468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6F992EC"/>
  <w14:defaultImageDpi w14:val="300"/>
  <w15:docId w15:val="{28C56269-06EE-F04A-A12D-D5255029F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693F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18BF"/>
  </w:style>
  <w:style w:type="paragraph" w:styleId="Fuzeile">
    <w:name w:val="footer"/>
    <w:basedOn w:val="Standard"/>
    <w:link w:val="Fu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18BF"/>
  </w:style>
  <w:style w:type="paragraph" w:styleId="KeinLeerraum">
    <w:name w:val="No Spacing"/>
    <w:uiPriority w:val="1"/>
    <w:qFormat/>
    <w:rsid w:val="00FC693F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nabsatz">
    <w:name w:val="List Paragraph"/>
    <w:basedOn w:val="Standard"/>
    <w:uiPriority w:val="34"/>
    <w:qFormat/>
    <w:rsid w:val="00FC693F"/>
    <w:pPr>
      <w:ind w:left="720"/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AA1D8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AA1D8D"/>
  </w:style>
  <w:style w:type="paragraph" w:styleId="Textkrper2">
    <w:name w:val="Body Text 2"/>
    <w:basedOn w:val="Standard"/>
    <w:link w:val="Textkrper2Zchn"/>
    <w:uiPriority w:val="99"/>
    <w:unhideWhenUsed/>
    <w:rsid w:val="00AA1D8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AA1D8D"/>
  </w:style>
  <w:style w:type="paragraph" w:styleId="Textkrper3">
    <w:name w:val="Body Text 3"/>
    <w:basedOn w:val="Standard"/>
    <w:link w:val="Textkrper3Zchn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AA1D8D"/>
    <w:rPr>
      <w:sz w:val="16"/>
      <w:szCs w:val="16"/>
    </w:rPr>
  </w:style>
  <w:style w:type="paragraph" w:styleId="Liste">
    <w:name w:val="List"/>
    <w:basedOn w:val="Standard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Standard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Standard"/>
    <w:uiPriority w:val="99"/>
    <w:unhideWhenUsed/>
    <w:rsid w:val="00326F90"/>
    <w:pPr>
      <w:ind w:left="1080" w:hanging="360"/>
      <w:contextualSpacing/>
    </w:pPr>
  </w:style>
  <w:style w:type="paragraph" w:styleId="Aufzhlungszeichen">
    <w:name w:val="List Bullet"/>
    <w:basedOn w:val="Standard"/>
    <w:uiPriority w:val="99"/>
    <w:unhideWhenUsed/>
    <w:rsid w:val="00326F90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unhideWhenUsed/>
    <w:rsid w:val="00326F90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unhideWhenUsed/>
    <w:rsid w:val="00326F90"/>
    <w:pPr>
      <w:numPr>
        <w:numId w:val="3"/>
      </w:numPr>
      <w:contextualSpacing/>
    </w:pPr>
  </w:style>
  <w:style w:type="paragraph" w:styleId="Listennummer">
    <w:name w:val="List Number"/>
    <w:basedOn w:val="Standard"/>
    <w:uiPriority w:val="99"/>
    <w:unhideWhenUsed/>
    <w:rsid w:val="00326F90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unhideWhenUsed/>
    <w:rsid w:val="0029639D"/>
    <w:pPr>
      <w:numPr>
        <w:numId w:val="6"/>
      </w:numPr>
      <w:contextualSpacing/>
    </w:pPr>
  </w:style>
  <w:style w:type="paragraph" w:styleId="Listennummer3">
    <w:name w:val="List Number 3"/>
    <w:basedOn w:val="Standard"/>
    <w:uiPriority w:val="99"/>
    <w:unhideWhenUsed/>
    <w:rsid w:val="0029639D"/>
    <w:pPr>
      <w:numPr>
        <w:numId w:val="7"/>
      </w:numPr>
      <w:contextualSpacing/>
    </w:pPr>
  </w:style>
  <w:style w:type="paragraph" w:styleId="Listenfortsetzung">
    <w:name w:val="List Continue"/>
    <w:basedOn w:val="Standard"/>
    <w:uiPriority w:val="99"/>
    <w:unhideWhenUsed/>
    <w:rsid w:val="0029639D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unhideWhenUsed/>
    <w:rsid w:val="0029639D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unhideWhenUsed/>
    <w:rsid w:val="0029639D"/>
    <w:pPr>
      <w:spacing w:after="120"/>
      <w:ind w:left="1080"/>
      <w:contextualSpacing/>
    </w:pPr>
  </w:style>
  <w:style w:type="paragraph" w:styleId="Makrotext">
    <w:name w:val="macro"/>
    <w:link w:val="MakrotextZchn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rsid w:val="0029639D"/>
    <w:rPr>
      <w:rFonts w:ascii="Courier" w:hAnsi="Courier"/>
      <w:sz w:val="20"/>
      <w:szCs w:val="20"/>
    </w:rPr>
  </w:style>
  <w:style w:type="paragraph" w:styleId="Zitat">
    <w:name w:val="Quote"/>
    <w:basedOn w:val="Standard"/>
    <w:next w:val="Standard"/>
    <w:link w:val="ZitatZchn"/>
    <w:uiPriority w:val="29"/>
    <w:qFormat/>
    <w:rsid w:val="00FC693F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FC693F"/>
    <w:rPr>
      <w:i/>
      <w:i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ett">
    <w:name w:val="Strong"/>
    <w:basedOn w:val="Absatz-Standardschriftart"/>
    <w:uiPriority w:val="22"/>
    <w:qFormat/>
    <w:rsid w:val="00FC693F"/>
    <w:rPr>
      <w:b/>
      <w:bCs/>
    </w:rPr>
  </w:style>
  <w:style w:type="character" w:styleId="Hervorhebung">
    <w:name w:val="Emphasis"/>
    <w:basedOn w:val="Absatz-Standardschriftart"/>
    <w:uiPriority w:val="20"/>
    <w:qFormat/>
    <w:rsid w:val="00FC693F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693F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FC693F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FC693F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FC693F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FC693F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C693F"/>
    <w:pPr>
      <w:outlineLvl w:val="9"/>
    </w:pPr>
  </w:style>
  <w:style w:type="table" w:styleId="Tabellenraster">
    <w:name w:val="Table Grid"/>
    <w:basedOn w:val="NormaleTabel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HelleListe">
    <w:name w:val="Light List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HellesRaster">
    <w:name w:val="Light Grid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ittlereSchattierung1">
    <w:name w:val="Medium Shading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Liste2">
    <w:name w:val="Medium Lis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">
    <w:name w:val="Medium Grid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unkleListe">
    <w:name w:val="Dark List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bigeSchattierung">
    <w:name w:val="Colorful Shading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">
    <w:name w:val="Colorful List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bigesRaster">
    <w:name w:val="Colorful Grid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315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Falk Boede</cp:lastModifiedBy>
  <cp:revision>8</cp:revision>
  <dcterms:created xsi:type="dcterms:W3CDTF">2013-12-23T23:15:00Z</dcterms:created>
  <dcterms:modified xsi:type="dcterms:W3CDTF">2025-07-28T19:38:00Z</dcterms:modified>
  <cp:category/>
</cp:coreProperties>
</file>